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לשון · תיכון – חנ״מ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מי כתב את ההודעה?</w:t>
      </w:r>
    </w:p>
    <w:p>
      <w:pPr>
        <w:bidi/>
        <w:jc w:val="right"/>
      </w:pPr>
      <w:r>
        <w:rPr>
          <w:rFonts w:ascii="Arial" w:hAnsi="Arial" w:cs="Arial"/>
          <w:color w:val="555577"/>
          <w:sz w:val="24"/>
          <w:rtl/>
          <w:szCs w:val="24"/>
        </w:rPr>
        <w:t>התיק: מי כתב את ההודעה בקבוצת הכיתה?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בקבוצת הכיתה הופיעה הודעה בלי שם 📱: "לא באתי לשיעור כי הייתי חולה. לכן אשלים את החומר מחר." דני כותב תמיד רק מילה אחת. רוני אף פעם לא כותב "כי". תום כותב משפטים ארוכים עם "כי" ועם "לכן". מי כתב את ההודעה?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דני</w:t>
            </w:r>
          </w:p>
        </w:tc>
        <w:tc>
          <w:tcPr>
            <w:tcW w:type="dxa" w:w="2606"/>
          </w:tcPr>
          <w:p>
            <w:pPr>
              <w:bidi/>
              <w:jc w:val="right"/>
            </w:pPr>
            <w:r>
              <w:rPr>
                <w:rFonts w:ascii="Arial" w:hAnsi="Arial" w:cs="Arial"/>
                <w:sz w:val="22"/>
                <w:rtl/>
                <w:szCs w:val="22"/>
              </w:rPr>
              <w:t>כותב רק מילה אחת.</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רוני</w:t>
            </w:r>
          </w:p>
        </w:tc>
        <w:tc>
          <w:tcPr>
            <w:tcW w:type="dxa" w:w="2606"/>
          </w:tcPr>
          <w:p>
            <w:pPr>
              <w:bidi/>
              <w:jc w:val="right"/>
            </w:pPr>
            <w:r>
              <w:rPr>
                <w:rFonts w:ascii="Arial" w:hAnsi="Arial" w:cs="Arial"/>
                <w:sz w:val="22"/>
                <w:rtl/>
                <w:szCs w:val="22"/>
              </w:rPr>
              <w:t>לא כותב "כי".</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תום</w:t>
            </w:r>
          </w:p>
        </w:tc>
        <w:tc>
          <w:tcPr>
            <w:tcW w:type="dxa" w:w="2606"/>
          </w:tcPr>
          <w:p>
            <w:pPr>
              <w:bidi/>
              <w:jc w:val="right"/>
            </w:pPr>
            <w:r>
              <w:rPr>
                <w:rFonts w:ascii="Arial" w:hAnsi="Arial" w:cs="Arial"/>
                <w:sz w:val="22"/>
                <w:rtl/>
                <w:szCs w:val="22"/>
              </w:rPr>
              <w:t>כותב עם "כי" ו"לכן".</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איזו מילת סיבה יש בהודעה?</w:t>
      </w:r>
    </w:p>
    <w:p>
      <w:pPr>
        <w:bidi/>
        <w:jc w:val="right"/>
      </w:pPr>
      <w:r>
        <w:rPr>
          <w:rFonts w:ascii="Arial" w:hAnsi="Arial" w:cs="Arial"/>
          <w:sz w:val="24"/>
          <w:rtl/>
          <w:szCs w:val="24"/>
        </w:rPr>
        <w:t xml:space="preserve">   ◯ א. כי</w:t>
      </w:r>
    </w:p>
    <w:p>
      <w:pPr>
        <w:bidi/>
        <w:jc w:val="right"/>
      </w:pPr>
      <w:r>
        <w:rPr>
          <w:rFonts w:ascii="Arial" w:hAnsi="Arial" w:cs="Arial"/>
          <w:sz w:val="24"/>
          <w:rtl/>
          <w:szCs w:val="24"/>
        </w:rPr>
        <w:t xml:space="preserve">   ◯ ב. אבל</w:t>
      </w:r>
    </w:p>
    <w:p>
      <w:pPr>
        <w:bidi/>
        <w:jc w:val="right"/>
      </w:pPr>
      <w:r>
        <w:rPr>
          <w:rFonts w:ascii="Arial" w:hAnsi="Arial" w:cs="Arial"/>
          <w:sz w:val="24"/>
          <w:rtl/>
          <w:szCs w:val="24"/>
        </w:rPr>
        <w:t xml:space="preserve">   ◯ ג. או</w:t>
      </w:r>
    </w:p>
    <w:p>
      <w:pPr>
        <w:bidi/>
        <w:jc w:val="right"/>
      </w:pPr>
      <w:r>
        <w:rPr>
          <w:rFonts w:ascii="Arial" w:hAnsi="Arial" w:cs="Arial"/>
          <w:b/>
          <w:sz w:val="24"/>
          <w:rtl/>
          <w:szCs w:val="24"/>
          <w:bCs/>
        </w:rPr>
        <w:t>2. כמה מילים יש בהודעה?</w:t>
      </w:r>
    </w:p>
    <w:p>
      <w:pPr>
        <w:bidi/>
        <w:jc w:val="right"/>
      </w:pPr>
      <w:r>
        <w:rPr>
          <w:rFonts w:ascii="Arial" w:hAnsi="Arial" w:cs="Arial"/>
          <w:sz w:val="24"/>
          <w:rtl/>
          <w:szCs w:val="24"/>
        </w:rPr>
        <w:t xml:space="preserve">   ◯ א. מילה אחת</w:t>
      </w:r>
    </w:p>
    <w:p>
      <w:pPr>
        <w:bidi/>
        <w:jc w:val="right"/>
      </w:pPr>
      <w:r>
        <w:rPr>
          <w:rFonts w:ascii="Arial" w:hAnsi="Arial" w:cs="Arial"/>
          <w:sz w:val="24"/>
          <w:rtl/>
          <w:szCs w:val="24"/>
        </w:rPr>
        <w:t xml:space="preserve">   ◯ ב. אין מילים</w:t>
      </w:r>
    </w:p>
    <w:p>
      <w:pPr>
        <w:bidi/>
        <w:jc w:val="right"/>
      </w:pPr>
      <w:r>
        <w:rPr>
          <w:rFonts w:ascii="Arial" w:hAnsi="Arial" w:cs="Arial"/>
          <w:sz w:val="24"/>
          <w:rtl/>
          <w:szCs w:val="24"/>
        </w:rPr>
        <w:t xml:space="preserve">   ◯ ג. הרבה מילים</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מילות קישור</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לכן, כי, אבל – אלה מילות קישור 🔗. "כי" מראה סיבה 🟢. "לכן" מראה תוצאה 🔵. "אבל" מראה ניגוד ⚖️. בלי מילות קישור, הטקסט מפורק 🧩.</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‏12‏ ‏- 11‏ ‏- 14‏</w:t>
            </w:r>
          </w:p>
        </w:tc>
        <w:tc>
          <w:tcPr>
            <w:tcW w:type="dxa" w:w="2606"/>
          </w:tcPr>
          <w:p>
            <w:pPr>
              <w:bidi/>
              <w:jc w:val="right"/>
            </w:pPr>
            <w:r>
              <w:rPr>
                <w:rFonts w:ascii="Arial" w:hAnsi="Arial" w:cs="Arial"/>
                <w:sz w:val="22"/>
                <w:rtl/>
                <w:szCs w:val="22"/>
              </w:rPr>
              <w:t>מילה שמראה תוצאה 🔵.</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ל ב א</w:t>
            </w:r>
          </w:p>
        </w:tc>
        <w:tc>
          <w:tcPr>
            <w:tcW w:type="dxa" w:w="2606"/>
          </w:tcPr>
          <w:p>
            <w:pPr>
              <w:bidi/>
              <w:jc w:val="right"/>
            </w:pPr>
            <w:r>
              <w:rPr>
                <w:rFonts w:ascii="Arial" w:hAnsi="Arial" w:cs="Arial"/>
                <w:sz w:val="22"/>
                <w:rtl/>
                <w:szCs w:val="22"/>
              </w:rPr>
              <w:t>מילה שמראה ניגוד ⚖️.</w:t>
            </w:r>
          </w:p>
        </w:tc>
        <w:tc>
          <w:tcPr>
            <w:tcW w:type="dxa" w:w="2606"/>
          </w:tcPr>
          <w:p>
            <w:pPr>
              <w:bidi/>
              <w:jc w:val="right"/>
            </w:pPr>
            <w:r>
              <w:rPr>
                <w:rFonts w:ascii="Arial" w:hAnsi="Arial" w:cs="Arial"/>
                <w:sz w:val="22"/>
                <w:rtl/>
                <w:szCs w:val="22"/>
              </w:rPr>
              <w:t>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ס י ב ה</w:t>
            </w:r>
          </w:p>
        </w:tc>
        <w:tc>
          <w:tcPr>
            <w:tcW w:type="dxa" w:w="2606"/>
          </w:tcPr>
          <w:p>
            <w:pPr>
              <w:bidi/>
              <w:jc w:val="right"/>
            </w:pPr>
            <w:r>
              <w:rPr>
                <w:rFonts w:ascii="Arial" w:hAnsi="Arial" w:cs="Arial"/>
                <w:sz w:val="22"/>
                <w:rtl/>
                <w:szCs w:val="22"/>
              </w:rPr>
              <w:t>עונה על השאלה "למה?" 🟢.</w:t>
            </w:r>
          </w:p>
        </w:tc>
        <w:tc>
          <w:tcPr>
            <w:tcW w:type="dxa" w:w="2606"/>
          </w:tcPr>
          <w:p>
            <w:pPr>
              <w:bidi/>
              <w:jc w:val="right"/>
            </w:pPr>
            <w:r>
              <w:rPr>
                <w:rFonts w:ascii="Arial" w:hAnsi="Arial" w:cs="Arial"/>
                <w:sz w:val="22"/>
                <w:rtl/>
                <w:szCs w:val="22"/>
              </w:rPr>
              <w:t>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מסלול הקישור</w:t>
      </w:r>
    </w:p>
    <w:p>
      <w:pPr>
        <w:bidi/>
        <w:jc w:val="right"/>
      </w:pPr>
      <w:r>
        <w:rPr>
          <w:rFonts w:ascii="Arial" w:hAnsi="Arial" w:cs="Arial"/>
          <w:color w:val="555577"/>
          <w:sz w:val="24"/>
          <w:rtl/>
          <w:szCs w:val="24"/>
        </w:rPr>
        <w:t>עברו שלוש תחנות. כל תחנה נותנת אות 🔑. בכל תחנה – פתרו את המשימה וכתבו את אות הקסם שתקבלו מהמורה.</w:t>
      </w:r>
    </w:p>
    <w:p>
      <w:pPr>
        <w:bidi/>
        <w:jc w:val="right"/>
      </w:pPr>
      <w:r>
        <w:rPr>
          <w:rFonts w:ascii="Arial" w:hAnsi="Arial" w:cs="Arial"/>
          <w:b/>
          <w:sz w:val="24"/>
          <w:rtl/>
          <w:szCs w:val="24"/>
          <w:bCs/>
        </w:rPr>
        <w:t>1. 🟢 תחנת הסיבה – "נשארתי בבית כי ירד גשם." מה הסיבה?</w:t>
      </w:r>
    </w:p>
    <w:p>
      <w:pPr>
        <w:bidi/>
        <w:jc w:val="right"/>
      </w:pPr>
      <w:r>
        <w:rPr>
          <w:rFonts w:ascii="Arial" w:hAnsi="Arial" w:cs="Arial"/>
          <w:sz w:val="24"/>
          <w:rtl/>
          <w:szCs w:val="24"/>
        </w:rPr>
        <w:t xml:space="preserve">   ◯ א. נשארתי בבית</w:t>
      </w:r>
    </w:p>
    <w:p>
      <w:pPr>
        <w:bidi/>
        <w:jc w:val="right"/>
      </w:pPr>
      <w:r>
        <w:rPr>
          <w:rFonts w:ascii="Arial" w:hAnsi="Arial" w:cs="Arial"/>
          <w:sz w:val="24"/>
          <w:rtl/>
          <w:szCs w:val="24"/>
        </w:rPr>
        <w:t xml:space="preserve">   ◯ ב. ירד גשם</w:t>
      </w:r>
    </w:p>
    <w:p>
      <w:pPr>
        <w:bidi/>
        <w:jc w:val="right"/>
      </w:pPr>
      <w:r>
        <w:rPr>
          <w:rFonts w:ascii="Arial" w:hAnsi="Arial" w:cs="Arial"/>
          <w:sz w:val="24"/>
          <w:rtl/>
          <w:szCs w:val="24"/>
        </w:rPr>
        <w:t xml:space="preserve">   ◯ ג. הבית</w:t>
      </w:r>
    </w:p>
    <w:p>
      <w:pPr>
        <w:bidi/>
        <w:jc w:val="right"/>
      </w:pPr>
      <w:r>
        <w:rPr>
          <w:rFonts w:ascii="Arial" w:hAnsi="Arial" w:cs="Arial"/>
          <w:b/>
          <w:sz w:val="24"/>
          <w:rtl/>
          <w:szCs w:val="24"/>
          <w:bCs/>
        </w:rPr>
        <w:t>2. 🔵 תחנת התוצאה – "ירד גשם, לכן נשארתי בבית." מה התוצאה?</w:t>
      </w:r>
    </w:p>
    <w:p>
      <w:pPr>
        <w:bidi/>
        <w:jc w:val="right"/>
      </w:pPr>
      <w:r>
        <w:rPr>
          <w:rFonts w:ascii="Arial" w:hAnsi="Arial" w:cs="Arial"/>
          <w:sz w:val="24"/>
          <w:rtl/>
          <w:szCs w:val="24"/>
        </w:rPr>
        <w:t xml:space="preserve">   ◯ א. ירד גשם</w:t>
      </w:r>
    </w:p>
    <w:p>
      <w:pPr>
        <w:bidi/>
        <w:jc w:val="right"/>
      </w:pPr>
      <w:r>
        <w:rPr>
          <w:rFonts w:ascii="Arial" w:hAnsi="Arial" w:cs="Arial"/>
          <w:sz w:val="24"/>
          <w:rtl/>
          <w:szCs w:val="24"/>
        </w:rPr>
        <w:t xml:space="preserve">   ◯ ב. הגשם</w:t>
      </w:r>
    </w:p>
    <w:p>
      <w:pPr>
        <w:bidi/>
        <w:jc w:val="right"/>
      </w:pPr>
      <w:r>
        <w:rPr>
          <w:rFonts w:ascii="Arial" w:hAnsi="Arial" w:cs="Arial"/>
          <w:sz w:val="24"/>
          <w:rtl/>
          <w:szCs w:val="24"/>
        </w:rPr>
        <w:t xml:space="preserve">   ◯ ג. נשארתי בבית</w:t>
      </w:r>
    </w:p>
    <w:p>
      <w:pPr>
        <w:bidi/>
        <w:jc w:val="right"/>
      </w:pPr>
      <w:r>
        <w:rPr>
          <w:rFonts w:ascii="Arial" w:hAnsi="Arial" w:cs="Arial"/>
          <w:b/>
          <w:sz w:val="24"/>
          <w:rtl/>
          <w:szCs w:val="24"/>
          <w:bCs/>
        </w:rPr>
        <w:t>3. ⚖️ תחנת הניגוד – איזו מילה מראה ניגוד?</w:t>
      </w:r>
    </w:p>
    <w:p>
      <w:pPr>
        <w:bidi/>
        <w:jc w:val="right"/>
      </w:pPr>
      <w:r>
        <w:rPr>
          <w:rFonts w:ascii="Arial" w:hAnsi="Arial" w:cs="Arial"/>
          <w:sz w:val="24"/>
          <w:rtl/>
          <w:szCs w:val="24"/>
        </w:rPr>
        <w:t xml:space="preserve">   ◯ א. אבל</w:t>
      </w:r>
    </w:p>
    <w:p>
      <w:pPr>
        <w:bidi/>
        <w:jc w:val="right"/>
      </w:pPr>
      <w:r>
        <w:rPr>
          <w:rFonts w:ascii="Arial" w:hAnsi="Arial" w:cs="Arial"/>
          <w:sz w:val="24"/>
          <w:rtl/>
          <w:szCs w:val="24"/>
        </w:rPr>
        <w:t xml:space="preserve">   ◯ ב. כי</w:t>
      </w:r>
    </w:p>
    <w:p>
      <w:pPr>
        <w:bidi/>
        <w:jc w:val="right"/>
      </w:pPr>
      <w:r>
        <w:rPr>
          <w:rFonts w:ascii="Arial" w:hAnsi="Arial" w:cs="Arial"/>
          <w:sz w:val="24"/>
          <w:rtl/>
          <w:szCs w:val="24"/>
        </w:rPr>
        <w:t xml:space="preserve">   ◯ ג. לכן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תחנה</w:t>
            </w:r>
          </w:p>
        </w:tc>
        <w:tc>
          <w:tcPr>
            <w:tcW w:type="dxa" w:w="2606"/>
            <w:shd w:val="clear" w:fill="E5DBFF"/>
          </w:tcPr>
          <w:p>
            <w:pPr>
              <w:bidi/>
              <w:jc w:val="right"/>
            </w:pPr>
            <w:r>
              <w:rPr>
                <w:rFonts w:ascii="Arial" w:hAnsi="Arial" w:cs="Arial"/>
                <w:b/>
                <w:sz w:val="22"/>
                <w:rtl/>
                <w:szCs w:val="22"/>
                <w:bCs/>
              </w:rPr>
              <w:t>1</w:t>
            </w:r>
          </w:p>
        </w:tc>
        <w:tc>
          <w:tcPr>
            <w:tcW w:type="dxa" w:w="2606"/>
            <w:shd w:val="clear" w:fill="E5DBFF"/>
          </w:tcPr>
          <w:p>
            <w:pPr>
              <w:bidi/>
              <w:jc w:val="right"/>
            </w:pPr>
            <w:r>
              <w:rPr>
                <w:rFonts w:ascii="Arial" w:hAnsi="Arial" w:cs="Arial"/>
                <w:b/>
                <w:sz w:val="22"/>
                <w:rtl/>
                <w:szCs w:val="22"/>
                <w:bCs/>
              </w:rPr>
              <w:t>2</w:t>
            </w:r>
          </w:p>
        </w:tc>
        <w:tc>
          <w:tcPr>
            <w:tcW w:type="dxa" w:w="2606"/>
            <w:shd w:val="clear" w:fill="E5DBFF"/>
          </w:tcPr>
          <w:p>
            <w:pPr>
              <w:bidi/>
              <w:jc w:val="right"/>
            </w:pPr>
            <w:r>
              <w:rPr>
                <w:rFonts w:ascii="Arial" w:hAnsi="Arial" w:cs="Arial"/>
                <w:b/>
                <w:sz w:val="22"/>
                <w:rtl/>
                <w:szCs w:val="22"/>
                <w:bCs/>
              </w:rPr>
              <w:t>3</w:t>
            </w:r>
          </w:p>
        </w:tc>
      </w:tr>
      <w:tr>
        <w:tc>
          <w:tcPr>
            <w:tcW w:type="dxa" w:w="2606"/>
          </w:tcPr>
          <w:p>
            <w:pPr>
              <w:bidi/>
              <w:jc w:val="right"/>
            </w:pPr>
            <w:r>
              <w:rPr>
                <w:rFonts w:ascii="Arial" w:hAnsi="Arial" w:cs="Arial"/>
                <w:sz w:val="22"/>
                <w:rtl/>
                <w:szCs w:val="22"/>
              </w:rPr>
              <w:t>אות קסם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סדרו ומיינו בקצב שלכם 💪.</w:t>
      </w:r>
    </w:p>
    <w:p>
      <w:pPr>
        <w:bidi/>
        <w:jc w:val="right"/>
      </w:pPr>
      <w:r>
        <w:rPr>
          <w:rFonts w:ascii="Arial" w:hAnsi="Arial" w:cs="Arial"/>
          <w:sz w:val="24"/>
          <w:rtl/>
          <w:szCs w:val="24"/>
        </w:rPr>
        <w:t>סדרו את הסיפור.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 חזרנו הביתה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 יצאנו לטיול</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 ראינו שקיעה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 טיפסנו על ההר</w:t>
            </w:r>
          </w:p>
        </w:tc>
      </w:tr>
    </w:tbl>
    <w:p>
      <w:pPr>
        <w:bidi/>
        <w:jc w:val="right"/>
      </w:pPr>
    </w:p>
    <w:p>
      <w:pPr>
        <w:bidi/>
        <w:jc w:val="right"/>
      </w:pPr>
      <w:r>
        <w:rPr>
          <w:rFonts w:ascii="Arial" w:hAnsi="Arial" w:cs="Arial"/>
          <w:sz w:val="24"/>
          <w:rtl/>
          <w:szCs w:val="24"/>
        </w:rPr>
        <w:t>מיינו: סיבה או תוצאה?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סיבה 🟢</w:t>
            </w:r>
          </w:p>
        </w:tc>
        <w:tc>
          <w:tcPr>
            <w:tcW w:type="dxa" w:w="3475"/>
            <w:shd w:val="clear" w:fill="E5DBFF"/>
          </w:tcPr>
          <w:p>
            <w:pPr>
              <w:bidi/>
              <w:jc w:val="right"/>
            </w:pPr>
            <w:r>
              <w:rPr>
                <w:rFonts w:ascii="Arial" w:hAnsi="Arial" w:cs="Arial"/>
                <w:b/>
                <w:sz w:val="22"/>
                <w:rtl/>
                <w:szCs w:val="22"/>
                <w:bCs/>
              </w:rPr>
              <w:t>תוצאה 🔵</w:t>
            </w:r>
          </w:p>
        </w:tc>
      </w:tr>
      <w:tr>
        <w:tc>
          <w:tcPr>
            <w:tcW w:type="dxa" w:w="3475"/>
          </w:tcPr>
          <w:p>
            <w:pPr>
              <w:bidi/>
              <w:jc w:val="right"/>
            </w:pPr>
            <w:r>
              <w:rPr>
                <w:rFonts w:ascii="Arial" w:hAnsi="Arial" w:cs="Arial"/>
                <w:sz w:val="22"/>
                <w:rtl/>
                <w:szCs w:val="22"/>
              </w:rPr>
              <w:t>😴 הייתי עייף</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 הצלחתי במבחן</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 לקחתי מטרייה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 הלכתי לישון מוקדם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 ירד גשם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 למדתי הרבה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 יצאנו לטיול</w:t>
      </w:r>
    </w:p>
    <w:p>
      <w:pPr>
        <w:bidi/>
        <w:jc w:val="right"/>
      </w:pPr>
      <w:r>
        <w:rPr>
          <w:rFonts w:ascii="Arial" w:hAnsi="Arial" w:cs="Arial"/>
          <w:sz w:val="24"/>
          <w:rtl/>
          <w:szCs w:val="24"/>
        </w:rPr>
        <w:t>• ⛰️ טיפסנו על ההר</w:t>
      </w:r>
    </w:p>
    <w:p>
      <w:pPr>
        <w:bidi/>
        <w:jc w:val="right"/>
      </w:pPr>
      <w:r>
        <w:rPr>
          <w:rFonts w:ascii="Arial" w:hAnsi="Arial" w:cs="Arial"/>
          <w:sz w:val="24"/>
          <w:rtl/>
          <w:szCs w:val="24"/>
        </w:rPr>
        <w:t>• 🌅 ראינו שקיעה</w:t>
      </w:r>
    </w:p>
    <w:p>
      <w:pPr>
        <w:bidi/>
        <w:jc w:val="right"/>
      </w:pPr>
      <w:r>
        <w:rPr>
          <w:rFonts w:ascii="Arial" w:hAnsi="Arial" w:cs="Arial"/>
          <w:sz w:val="24"/>
          <w:rtl/>
          <w:szCs w:val="24"/>
        </w:rPr>
        <w:t>• 🏠 חזרנו הביתה</w:t>
      </w:r>
    </w:p>
    <w:p>
      <w:pPr>
        <w:bidi/>
        <w:jc w:val="right"/>
      </w:pPr>
      <w:r>
        <w:rPr>
          <w:rFonts w:ascii="Arial" w:hAnsi="Arial" w:cs="Arial"/>
          <w:sz w:val="24"/>
          <w:rtl/>
          <w:szCs w:val="24"/>
        </w:rPr>
        <w:t>• 🌧️ ירד גשם</w:t>
      </w:r>
    </w:p>
    <w:p>
      <w:pPr>
        <w:bidi/>
        <w:jc w:val="right"/>
      </w:pPr>
      <w:r>
        <w:rPr>
          <w:rFonts w:ascii="Arial" w:hAnsi="Arial" w:cs="Arial"/>
          <w:sz w:val="24"/>
          <w:rtl/>
          <w:szCs w:val="24"/>
        </w:rPr>
        <w:t>• ☂️ לקחתי מטרייה</w:t>
      </w:r>
    </w:p>
    <w:p>
      <w:pPr>
        <w:bidi/>
        <w:jc w:val="right"/>
      </w:pPr>
      <w:r>
        <w:rPr>
          <w:rFonts w:ascii="Arial" w:hAnsi="Arial" w:cs="Arial"/>
          <w:sz w:val="24"/>
          <w:rtl/>
          <w:szCs w:val="24"/>
        </w:rPr>
        <w:t>• 😴 הייתי עייף</w:t>
      </w:r>
    </w:p>
    <w:p>
      <w:pPr>
        <w:bidi/>
        <w:jc w:val="right"/>
      </w:pPr>
      <w:r>
        <w:rPr>
          <w:rFonts w:ascii="Arial" w:hAnsi="Arial" w:cs="Arial"/>
          <w:sz w:val="24"/>
          <w:rtl/>
          <w:szCs w:val="24"/>
        </w:rPr>
        <w:t>• 🛏️ הלכתי לישון מוקדם</w:t>
      </w:r>
    </w:p>
    <w:p>
      <w:pPr>
        <w:bidi/>
        <w:jc w:val="right"/>
      </w:pPr>
      <w:r>
        <w:rPr>
          <w:rFonts w:ascii="Arial" w:hAnsi="Arial" w:cs="Arial"/>
          <w:sz w:val="24"/>
          <w:rtl/>
          <w:szCs w:val="24"/>
        </w:rPr>
        <w:t>• 📚 למדתי הרבה</w:t>
      </w:r>
    </w:p>
    <w:p>
      <w:pPr>
        <w:bidi/>
        <w:jc w:val="right"/>
      </w:pPr>
      <w:r>
        <w:rPr>
          <w:rFonts w:ascii="Arial" w:hAnsi="Arial" w:cs="Arial"/>
          <w:sz w:val="24"/>
          <w:rtl/>
          <w:szCs w:val="24"/>
        </w:rPr>
        <w:t>• ✅ הצלחתי במבחן</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המילה החסרה</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 "רציתי לבוא למסיבה ___ הייתי חולה."</w:t>
      </w:r>
    </w:p>
    <w:p>
      <w:pPr>
        <w:bidi/>
        <w:jc w:val="right"/>
      </w:pPr>
      <w:r>
        <w:rPr>
          <w:rFonts w:ascii="Arial" w:hAnsi="Arial" w:cs="Arial"/>
          <w:b/>
          <w:sz w:val="24"/>
          <w:rtl/>
          <w:szCs w:val="24"/>
          <w:bCs/>
        </w:rPr>
        <w:t>1. איזו מילה מתאימה?</w:t>
      </w:r>
    </w:p>
    <w:p>
      <w:pPr>
        <w:bidi/>
        <w:jc w:val="right"/>
      </w:pPr>
      <w:r>
        <w:rPr>
          <w:rFonts w:ascii="Arial" w:hAnsi="Arial" w:cs="Arial"/>
          <w:sz w:val="24"/>
          <w:rtl/>
          <w:szCs w:val="24"/>
        </w:rPr>
        <w:t xml:space="preserve">   ◯ א. אבל</w:t>
      </w:r>
    </w:p>
    <w:p>
      <w:pPr>
        <w:bidi/>
        <w:jc w:val="right"/>
      </w:pPr>
      <w:r>
        <w:rPr>
          <w:rFonts w:ascii="Arial" w:hAnsi="Arial" w:cs="Arial"/>
          <w:sz w:val="24"/>
          <w:rtl/>
          <w:szCs w:val="24"/>
        </w:rPr>
        <w:t xml:space="preserve">   ◯ ב. לכן</w:t>
      </w:r>
    </w:p>
    <w:p>
      <w:pPr>
        <w:bidi/>
        <w:jc w:val="right"/>
      </w:pPr>
      <w:r>
        <w:rPr>
          <w:rFonts w:ascii="Arial" w:hAnsi="Arial" w:cs="Arial"/>
          <w:sz w:val="24"/>
          <w:rtl/>
          <w:szCs w:val="24"/>
        </w:rPr>
        <w:t xml:space="preserve">   ◯ ג. וגם</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 "הייתי חולה, ___ נשארתי בבית."</w:t>
      </w:r>
    </w:p>
    <w:p>
      <w:pPr>
        <w:bidi/>
        <w:jc w:val="right"/>
      </w:pPr>
      <w:r>
        <w:rPr>
          <w:rFonts w:ascii="Arial" w:hAnsi="Arial" w:cs="Arial"/>
          <w:b/>
          <w:sz w:val="24"/>
          <w:rtl/>
          <w:szCs w:val="24"/>
          <w:bCs/>
        </w:rPr>
        <w:t>2. איזו מילה מתאימה?</w:t>
      </w:r>
    </w:p>
    <w:p>
      <w:pPr>
        <w:bidi/>
        <w:jc w:val="right"/>
      </w:pPr>
      <w:r>
        <w:rPr>
          <w:rFonts w:ascii="Arial" w:hAnsi="Arial" w:cs="Arial"/>
          <w:sz w:val="24"/>
          <w:rtl/>
          <w:szCs w:val="24"/>
        </w:rPr>
        <w:t xml:space="preserve">   ◯ א. אבל</w:t>
      </w:r>
    </w:p>
    <w:p>
      <w:pPr>
        <w:bidi/>
        <w:jc w:val="right"/>
      </w:pPr>
      <w:r>
        <w:rPr>
          <w:rFonts w:ascii="Arial" w:hAnsi="Arial" w:cs="Arial"/>
          <w:sz w:val="24"/>
          <w:rtl/>
          <w:szCs w:val="24"/>
        </w:rPr>
        <w:t xml:space="preserve">   ◯ ב. כי</w:t>
      </w:r>
    </w:p>
    <w:p>
      <w:pPr>
        <w:bidi/>
        <w:jc w:val="right"/>
      </w:pPr>
      <w:r>
        <w:rPr>
          <w:rFonts w:ascii="Arial" w:hAnsi="Arial" w:cs="Arial"/>
          <w:sz w:val="24"/>
          <w:rtl/>
          <w:szCs w:val="24"/>
        </w:rPr>
        <w:t xml:space="preserve">   ◯ ג. לכן</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 "נשארתי בבית ___ הייתי חולה."</w:t>
      </w:r>
    </w:p>
    <w:p>
      <w:pPr>
        <w:bidi/>
        <w:jc w:val="right"/>
      </w:pPr>
      <w:r>
        <w:rPr>
          <w:rFonts w:ascii="Arial" w:hAnsi="Arial" w:cs="Arial"/>
          <w:b/>
          <w:sz w:val="24"/>
          <w:rtl/>
          <w:szCs w:val="24"/>
          <w:bCs/>
        </w:rPr>
        <w:t>3. איזו מילה מתאימה?</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כי</w:t>
      </w:r>
    </w:p>
    <w:p>
      <w:pPr>
        <w:bidi/>
        <w:jc w:val="right"/>
      </w:pPr>
      <w:r>
        <w:rPr>
          <w:rFonts w:ascii="Arial" w:hAnsi="Arial" w:cs="Arial"/>
          <w:sz w:val="24"/>
          <w:rtl/>
          <w:szCs w:val="24"/>
        </w:rPr>
        <w:t xml:space="preserve">   ◯ ג. אבל</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כי</w:t>
      </w:r>
    </w:p>
    <w:p>
      <w:pPr>
        <w:bidi/>
        <w:jc w:val="right"/>
      </w:pPr>
      <w:r>
        <w:rPr>
          <w:rFonts w:ascii="Arial" w:hAnsi="Arial" w:cs="Arial"/>
          <w:sz w:val="24"/>
          <w:rtl/>
          <w:szCs w:val="24"/>
        </w:rPr>
        <w:t xml:space="preserve">   ◯ ב. מפני ש</w:t>
      </w:r>
    </w:p>
    <w:p>
      <w:pPr>
        <w:bidi/>
        <w:jc w:val="right"/>
      </w:pPr>
      <w:r>
        <w:rPr>
          <w:rFonts w:ascii="Arial" w:hAnsi="Arial" w:cs="Arial"/>
          <w:sz w:val="24"/>
          <w:rtl/>
          <w:szCs w:val="24"/>
        </w:rPr>
        <w:t xml:space="preserve">   ◯ ג. בגלל ש</w:t>
      </w:r>
    </w:p>
    <w:p>
      <w:pPr>
        <w:bidi/>
        <w:jc w:val="right"/>
      </w:pPr>
      <w:r>
        <w:rPr>
          <w:rFonts w:ascii="Arial" w:hAnsi="Arial" w:cs="Arial"/>
          <w:sz w:val="24"/>
          <w:rtl/>
          <w:szCs w:val="24"/>
        </w:rPr>
        <w:t xml:space="preserve">   ◯ ד. לכן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קצרה</w:t>
      </w:r>
    </w:p>
    <w:p>
      <w:pPr>
        <w:bidi/>
        <w:jc w:val="right"/>
      </w:pPr>
      <w:r>
        <w:rPr>
          <w:rFonts w:ascii="Arial" w:hAnsi="Arial" w:cs="Arial"/>
          <w:sz w:val="24"/>
          <w:rtl/>
          <w:szCs w:val="24"/>
        </w:rPr>
        <w:t xml:space="preserve">   ◯ ב. היא בסוף המשפט</w:t>
      </w:r>
    </w:p>
    <w:p>
      <w:pPr>
        <w:bidi/>
        <w:jc w:val="right"/>
      </w:pPr>
      <w:r>
        <w:rPr>
          <w:rFonts w:ascii="Arial" w:hAnsi="Arial" w:cs="Arial"/>
          <w:sz w:val="24"/>
          <w:rtl/>
          <w:szCs w:val="24"/>
        </w:rPr>
        <w:t xml:space="preserve">   ◯ ג. היא מראה תוצאה – השאר סיבה</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נכתב</w:t>
      </w:r>
    </w:p>
    <w:p>
      <w:pPr>
        <w:bidi/>
        <w:jc w:val="right"/>
      </w:pPr>
      <w:r>
        <w:rPr>
          <w:rFonts w:ascii="Arial" w:hAnsi="Arial" w:cs="Arial"/>
          <w:sz w:val="24"/>
          <w:rtl/>
          <w:szCs w:val="24"/>
        </w:rPr>
        <w:t xml:space="preserve">   ◯ ב. נשבר</w:t>
      </w:r>
    </w:p>
    <w:p>
      <w:pPr>
        <w:bidi/>
        <w:jc w:val="right"/>
      </w:pPr>
      <w:r>
        <w:rPr>
          <w:rFonts w:ascii="Arial" w:hAnsi="Arial" w:cs="Arial"/>
          <w:sz w:val="24"/>
          <w:rtl/>
          <w:szCs w:val="24"/>
        </w:rPr>
        <w:t xml:space="preserve">   ◯ ג. ✍️ כתב</w:t>
      </w:r>
    </w:p>
    <w:p>
      <w:pPr>
        <w:bidi/>
        <w:jc w:val="right"/>
      </w:pPr>
      <w:r>
        <w:rPr>
          <w:rFonts w:ascii="Arial" w:hAnsi="Arial" w:cs="Arial"/>
          <w:sz w:val="24"/>
          <w:rtl/>
          <w:szCs w:val="24"/>
        </w:rPr>
        <w:t xml:space="preserve">   ◯ ד. נפתח</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בבניין פעל – השאר בנפעל</w:t>
      </w:r>
    </w:p>
    <w:p>
      <w:pPr>
        <w:bidi/>
        <w:jc w:val="right"/>
      </w:pPr>
      <w:r>
        <w:rPr>
          <w:rFonts w:ascii="Arial" w:hAnsi="Arial" w:cs="Arial"/>
          <w:sz w:val="24"/>
          <w:rtl/>
          <w:szCs w:val="24"/>
        </w:rPr>
        <w:t xml:space="preserve">   ◯ ב. הוא בעתיד</w:t>
      </w:r>
    </w:p>
    <w:p>
      <w:pPr>
        <w:bidi/>
        <w:jc w:val="right"/>
      </w:pPr>
      <w:r>
        <w:rPr>
          <w:rFonts w:ascii="Arial" w:hAnsi="Arial" w:cs="Arial"/>
          <w:sz w:val="24"/>
          <w:rtl/>
          <w:szCs w:val="24"/>
        </w:rPr>
        <w:t xml:space="preserve">   ◯ ג. הוא ארוך</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אבל</w:t>
      </w:r>
    </w:p>
    <w:p>
      <w:pPr>
        <w:bidi/>
        <w:jc w:val="right"/>
      </w:pPr>
      <w:r>
        <w:rPr>
          <w:rFonts w:ascii="Arial" w:hAnsi="Arial" w:cs="Arial"/>
          <w:sz w:val="24"/>
          <w:rtl/>
          <w:szCs w:val="24"/>
        </w:rPr>
        <w:t xml:space="preserve">   ◯ ב. אולם</w:t>
      </w:r>
    </w:p>
    <w:p>
      <w:pPr>
        <w:bidi/>
        <w:jc w:val="right"/>
      </w:pPr>
      <w:r>
        <w:rPr>
          <w:rFonts w:ascii="Arial" w:hAnsi="Arial" w:cs="Arial"/>
          <w:sz w:val="24"/>
          <w:rtl/>
          <w:szCs w:val="24"/>
        </w:rPr>
        <w:t xml:space="preserve">   ◯ ג. אך</w:t>
      </w:r>
    </w:p>
    <w:p>
      <w:pPr>
        <w:bidi/>
        <w:jc w:val="right"/>
      </w:pPr>
      <w:r>
        <w:rPr>
          <w:rFonts w:ascii="Arial" w:hAnsi="Arial" w:cs="Arial"/>
          <w:sz w:val="24"/>
          <w:rtl/>
          <w:szCs w:val="24"/>
        </w:rPr>
        <w:t xml:space="preserve">   ◯ ד. לכן</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מראה ניגוד</w:t>
      </w:r>
    </w:p>
    <w:p>
      <w:pPr>
        <w:bidi/>
        <w:jc w:val="right"/>
      </w:pPr>
      <w:r>
        <w:rPr>
          <w:rFonts w:ascii="Arial" w:hAnsi="Arial" w:cs="Arial"/>
          <w:sz w:val="24"/>
          <w:rtl/>
          <w:szCs w:val="24"/>
        </w:rPr>
        <w:t xml:space="preserve">   ◯ ב. היא מראה תוצאה – השאר ניגוד</w:t>
      </w:r>
    </w:p>
    <w:p>
      <w:pPr>
        <w:bidi/>
        <w:jc w:val="right"/>
      </w:pPr>
      <w:r>
        <w:rPr>
          <w:rFonts w:ascii="Arial" w:hAnsi="Arial" w:cs="Arial"/>
          <w:sz w:val="24"/>
          <w:rtl/>
          <w:szCs w:val="24"/>
        </w:rPr>
        <w:t xml:space="preserve">   ◯ ג. היא מילה קשה</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״ירד גשם, ___ נשארנו בכיתה.״ מה מתאים?</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אבל</w:t>
      </w:r>
    </w:p>
    <w:p>
      <w:pPr>
        <w:bidi/>
        <w:jc w:val="right"/>
      </w:pPr>
      <w:r>
        <w:rPr>
          <w:rFonts w:ascii="Arial" w:hAnsi="Arial" w:cs="Arial"/>
          <w:sz w:val="24"/>
          <w:rtl/>
          <w:szCs w:val="24"/>
        </w:rPr>
        <w:t xml:space="preserve">   ◯ ג. למרות</w:t>
      </w:r>
    </w:p>
    <w:p>
      <w:pPr>
        <w:bidi/>
        <w:jc w:val="right"/>
      </w:pPr>
      <w:r>
        <w:rPr>
          <w:rFonts w:ascii="Arial" w:hAnsi="Arial" w:cs="Arial"/>
          <w:b/>
          <w:sz w:val="24"/>
          <w:rtl/>
          <w:szCs w:val="24"/>
          <w:bCs/>
        </w:rPr>
        <w:t>2. ״הספר ארוך, ___ קראתי אותו מהר.״</w:t>
      </w:r>
    </w:p>
    <w:p>
      <w:pPr>
        <w:bidi/>
        <w:jc w:val="right"/>
      </w:pPr>
      <w:r>
        <w:rPr>
          <w:rFonts w:ascii="Arial" w:hAnsi="Arial" w:cs="Arial"/>
          <w:sz w:val="24"/>
          <w:rtl/>
          <w:szCs w:val="24"/>
        </w:rPr>
        <w:t xml:space="preserve">   ◯ א. לכן</w:t>
      </w:r>
    </w:p>
    <w:p>
      <w:pPr>
        <w:bidi/>
        <w:jc w:val="right"/>
      </w:pPr>
      <w:r>
        <w:rPr>
          <w:rFonts w:ascii="Arial" w:hAnsi="Arial" w:cs="Arial"/>
          <w:sz w:val="24"/>
          <w:rtl/>
          <w:szCs w:val="24"/>
        </w:rPr>
        <w:t xml:space="preserve">   ◯ ב. כי</w:t>
      </w:r>
    </w:p>
    <w:p>
      <w:pPr>
        <w:bidi/>
        <w:jc w:val="right"/>
      </w:pPr>
      <w:r>
        <w:rPr>
          <w:rFonts w:ascii="Arial" w:hAnsi="Arial" w:cs="Arial"/>
          <w:sz w:val="24"/>
          <w:rtl/>
          <w:szCs w:val="24"/>
        </w:rPr>
        <w:t xml:space="preserve">   ◯ ג. אבל</w:t>
      </w:r>
    </w:p>
    <w:p>
      <w:pPr>
        <w:bidi/>
        <w:jc w:val="right"/>
      </w:pPr>
      <w:r>
        <w:rPr>
          <w:rFonts w:ascii="Arial" w:hAnsi="Arial" w:cs="Arial"/>
          <w:b/>
          <w:sz w:val="24"/>
          <w:rtl/>
          <w:szCs w:val="24"/>
          <w:bCs/>
        </w:rPr>
        <w:t>3. מה השורש של ״הִתְכַּתְּבוּ״?</w:t>
      </w:r>
    </w:p>
    <w:p>
      <w:pPr>
        <w:bidi/>
        <w:jc w:val="right"/>
      </w:pPr>
      <w:r>
        <w:rPr>
          <w:rFonts w:ascii="Arial" w:hAnsi="Arial" w:cs="Arial"/>
          <w:sz w:val="24"/>
          <w:rtl/>
          <w:szCs w:val="24"/>
        </w:rPr>
        <w:t xml:space="preserve">   ◯ א. כ-ת-ב</w:t>
      </w:r>
    </w:p>
    <w:p>
      <w:pPr>
        <w:bidi/>
        <w:jc w:val="right"/>
      </w:pPr>
      <w:r>
        <w:rPr>
          <w:rFonts w:ascii="Arial" w:hAnsi="Arial" w:cs="Arial"/>
          <w:sz w:val="24"/>
          <w:rtl/>
          <w:szCs w:val="24"/>
        </w:rPr>
        <w:t xml:space="preserve">   ◯ ב. ה-ת-כ</w:t>
      </w:r>
    </w:p>
    <w:p>
      <w:pPr>
        <w:bidi/>
        <w:jc w:val="right"/>
      </w:pPr>
      <w:r>
        <w:rPr>
          <w:rFonts w:ascii="Arial" w:hAnsi="Arial" w:cs="Arial"/>
          <w:sz w:val="24"/>
          <w:rtl/>
          <w:szCs w:val="24"/>
        </w:rPr>
        <w:t xml:space="preserve">   ◯ ג. ת-ב-ו</w:t>
      </w:r>
    </w:p>
    <w:p>
      <w:pPr>
        <w:bidi/>
        <w:jc w:val="right"/>
      </w:pPr>
      <w:r>
        <w:rPr>
          <w:rFonts w:ascii="Arial" w:hAnsi="Arial" w:cs="Arial"/>
          <w:b/>
          <w:sz w:val="24"/>
          <w:rtl/>
          <w:szCs w:val="24"/>
          <w:bCs/>
        </w:rPr>
        <w:t>4. איזה פועל בבניין התפעל?</w:t>
      </w:r>
    </w:p>
    <w:p>
      <w:pPr>
        <w:bidi/>
        <w:jc w:val="right"/>
      </w:pPr>
      <w:r>
        <w:rPr>
          <w:rFonts w:ascii="Arial" w:hAnsi="Arial" w:cs="Arial"/>
          <w:sz w:val="24"/>
          <w:rtl/>
          <w:szCs w:val="24"/>
        </w:rPr>
        <w:t xml:space="preserve">   ◯ א. כתב</w:t>
      </w:r>
    </w:p>
    <w:p>
      <w:pPr>
        <w:bidi/>
        <w:jc w:val="right"/>
      </w:pPr>
      <w:r>
        <w:rPr>
          <w:rFonts w:ascii="Arial" w:hAnsi="Arial" w:cs="Arial"/>
          <w:sz w:val="24"/>
          <w:rtl/>
          <w:szCs w:val="24"/>
        </w:rPr>
        <w:t xml:space="preserve">   ◯ ב. התרגש</w:t>
      </w:r>
    </w:p>
    <w:p>
      <w:pPr>
        <w:bidi/>
        <w:jc w:val="right"/>
      </w:pPr>
      <w:r>
        <w:rPr>
          <w:rFonts w:ascii="Arial" w:hAnsi="Arial" w:cs="Arial"/>
          <w:sz w:val="24"/>
          <w:rtl/>
          <w:szCs w:val="24"/>
        </w:rPr>
        <w:t xml:space="preserve">   ◯ ג. הדליק</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״כי״ מבטאת סיבה.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״אבל״ מבטאת תוצאה.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״מכתב״ ו״כותב״ מאותו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בעברית יש עשרה בניינים.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״למרות״ מבטאת ויתור.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״לכן״ מבטאת סיבה.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לכן · אבל · ולכן · כי</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היה קר בחוץ. (1)________ נשארנו בספרייה. הספר היה קשה, (2)________ נהניתי. רציתי עוד, (3)________ שאלתי ספר נוסף.</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3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צוות הספרייה הכינו ערב קריאה. הספריית העיר הייתה מלאה. ירד גשם, לכן כולם באו.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מילת קישור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סיבה</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ניגוד</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ויתור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שורש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בניין</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מילה שמחברת בין רעיונות.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למה משהו קרה.</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שני דברים הפוכים.</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משהו קרה למרות קושי.</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האותיות שנותנות למילה משמעות.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תבנית של פועל. יש שבעה.</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לשון · תיכון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